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73561" w14:textId="77777777" w:rsidR="00B047A7" w:rsidRDefault="002E4B3A">
      <w:pPr>
        <w:jc w:val="center"/>
      </w:pPr>
      <w:r>
        <w:rPr>
          <w:b/>
          <w:sz w:val="28"/>
        </w:rPr>
        <w:t>ETİK KURUL ONAYININ TEZ ÇALIŞMASINDA</w:t>
      </w:r>
      <w:r>
        <w:rPr>
          <w:b/>
          <w:sz w:val="28"/>
        </w:rPr>
        <w:br/>
        <w:t>KULLANIMINA İLİŞKİN BEYANNAME</w:t>
      </w:r>
    </w:p>
    <w:p w14:paraId="3D97CA11" w14:textId="77777777" w:rsidR="00B047A7" w:rsidRDefault="00B047A7"/>
    <w:p w14:paraId="032FC360" w14:textId="67BB2EFD" w:rsidR="00B047A7" w:rsidRDefault="002E4B3A">
      <w:pPr>
        <w:jc w:val="both"/>
      </w:pPr>
      <w:r>
        <w:t>Enstitünüzün ……………………</w:t>
      </w:r>
      <w:r>
        <w:t xml:space="preserve"> Ana </w:t>
      </w:r>
      <w:proofErr w:type="spellStart"/>
      <w:r>
        <w:t>B</w:t>
      </w:r>
      <w:r>
        <w:t>ilim</w:t>
      </w:r>
      <w:proofErr w:type="spellEnd"/>
      <w:r>
        <w:t xml:space="preserve"> Dalı, ……………….</w:t>
      </w:r>
      <w:r>
        <w:t xml:space="preserve"> programı bünyesinde yürütülecek</w:t>
      </w:r>
      <w:r>
        <w:t xml:space="preserve"> olan ve aşağıda bilgileri yer alan yüksek lisans/doktora tez çalışmasında kullanılacak veriler; daha önce etik kurul onayı alınmış olan bir araştırma projesi kapsamında toplanacaktır.</w:t>
      </w:r>
      <w:r>
        <w:br/>
        <w:t>Söz konusu tez çalışmasının metodolojisi, veri toplama araçları, örnekl</w:t>
      </w:r>
      <w:r>
        <w:t>em grubu ve uygulama adımları, aşağıda detayları belirtilen proje ve bu projeye ait etik kurul izni ile tamamen örtüşmektedir. Tez öğrencisi, etik kurul onayının alındığı tarihte proje bursiyeri/tez öğrencisi olarak henüz belirlenmemiş olduğundan etik kuru</w:t>
      </w:r>
      <w:r>
        <w:t>l karar belgesinde adı yer almamaktadır.</w:t>
      </w:r>
      <w:r>
        <w:br/>
        <w:t>Bu doğrultuda, mevcut etik kurul onayının ilgili tez çalışması kapsamında kullanılmasının uygun olduğunu ve tez çalışmasında yeni veya etik kurul onayı kapsamı dışında herhangi bir veri toplama ya da uygulama yapılm</w:t>
      </w:r>
      <w:r>
        <w:t>ayacağını beyan ederiz.</w:t>
      </w:r>
    </w:p>
    <w:p w14:paraId="5A66DB24" w14:textId="77777777" w:rsidR="00B047A7" w:rsidRDefault="00B047A7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699"/>
        <w:gridCol w:w="4697"/>
      </w:tblGrid>
      <w:tr w:rsidR="00B047A7" w14:paraId="3ECE8562" w14:textId="77777777">
        <w:trPr>
          <w:jc w:val="center"/>
        </w:trPr>
        <w:tc>
          <w:tcPr>
            <w:tcW w:w="4703" w:type="dxa"/>
            <w:vAlign w:val="center"/>
          </w:tcPr>
          <w:p w14:paraId="36F1E6CC" w14:textId="77777777" w:rsidR="00B047A7" w:rsidRDefault="002E4B3A">
            <w:r>
              <w:rPr>
                <w:b/>
                <w:sz w:val="21"/>
              </w:rPr>
              <w:t>Tez Öğrencisinin Adı Soyadı</w:t>
            </w:r>
          </w:p>
        </w:tc>
        <w:tc>
          <w:tcPr>
            <w:tcW w:w="4703" w:type="dxa"/>
            <w:vAlign w:val="center"/>
          </w:tcPr>
          <w:p w14:paraId="792FEE1B" w14:textId="13069C25" w:rsidR="00B047A7" w:rsidRDefault="00B047A7"/>
        </w:tc>
      </w:tr>
      <w:tr w:rsidR="00B047A7" w14:paraId="46AB36C8" w14:textId="77777777">
        <w:trPr>
          <w:jc w:val="center"/>
        </w:trPr>
        <w:tc>
          <w:tcPr>
            <w:tcW w:w="4703" w:type="dxa"/>
            <w:vAlign w:val="center"/>
          </w:tcPr>
          <w:p w14:paraId="13DFD8F2" w14:textId="77777777" w:rsidR="00B047A7" w:rsidRDefault="002E4B3A">
            <w:r>
              <w:rPr>
                <w:b/>
                <w:sz w:val="21"/>
              </w:rPr>
              <w:t>Öğrenci Numarası</w:t>
            </w:r>
          </w:p>
        </w:tc>
        <w:tc>
          <w:tcPr>
            <w:tcW w:w="4703" w:type="dxa"/>
            <w:vAlign w:val="center"/>
          </w:tcPr>
          <w:p w14:paraId="0D927550" w14:textId="7FA0F10F" w:rsidR="00B047A7" w:rsidRDefault="00B047A7"/>
        </w:tc>
      </w:tr>
      <w:tr w:rsidR="00B047A7" w14:paraId="29D4F17E" w14:textId="77777777">
        <w:trPr>
          <w:jc w:val="center"/>
        </w:trPr>
        <w:tc>
          <w:tcPr>
            <w:tcW w:w="4703" w:type="dxa"/>
            <w:vAlign w:val="center"/>
          </w:tcPr>
          <w:p w14:paraId="316183C1" w14:textId="77777777" w:rsidR="00B047A7" w:rsidRDefault="002E4B3A">
            <w:r>
              <w:rPr>
                <w:b/>
                <w:sz w:val="21"/>
              </w:rPr>
              <w:t>Anabilim Dalı / Program</w:t>
            </w:r>
          </w:p>
        </w:tc>
        <w:tc>
          <w:tcPr>
            <w:tcW w:w="4703" w:type="dxa"/>
            <w:vAlign w:val="center"/>
          </w:tcPr>
          <w:p w14:paraId="05084893" w14:textId="5C4CC070" w:rsidR="00B047A7" w:rsidRDefault="00B047A7"/>
        </w:tc>
      </w:tr>
      <w:tr w:rsidR="00B047A7" w14:paraId="0729898A" w14:textId="77777777">
        <w:trPr>
          <w:jc w:val="center"/>
        </w:trPr>
        <w:tc>
          <w:tcPr>
            <w:tcW w:w="4703" w:type="dxa"/>
            <w:vAlign w:val="center"/>
          </w:tcPr>
          <w:p w14:paraId="69412A30" w14:textId="77777777" w:rsidR="00B047A7" w:rsidRDefault="002E4B3A">
            <w:r>
              <w:rPr>
                <w:b/>
                <w:sz w:val="21"/>
              </w:rPr>
              <w:t>Tez Çalışmasının Başlığı</w:t>
            </w:r>
          </w:p>
        </w:tc>
        <w:tc>
          <w:tcPr>
            <w:tcW w:w="4703" w:type="dxa"/>
            <w:vAlign w:val="center"/>
          </w:tcPr>
          <w:p w14:paraId="03FC7538" w14:textId="077F696C" w:rsidR="00B047A7" w:rsidRDefault="00B047A7"/>
        </w:tc>
      </w:tr>
      <w:tr w:rsidR="00B047A7" w14:paraId="25A75E57" w14:textId="77777777">
        <w:trPr>
          <w:jc w:val="center"/>
        </w:trPr>
        <w:tc>
          <w:tcPr>
            <w:tcW w:w="4703" w:type="dxa"/>
            <w:vAlign w:val="center"/>
          </w:tcPr>
          <w:p w14:paraId="5F8E1C57" w14:textId="77777777" w:rsidR="00B047A7" w:rsidRDefault="002E4B3A">
            <w:r>
              <w:rPr>
                <w:b/>
                <w:sz w:val="21"/>
              </w:rPr>
              <w:t>Projenin Adı</w:t>
            </w:r>
          </w:p>
        </w:tc>
        <w:tc>
          <w:tcPr>
            <w:tcW w:w="4703" w:type="dxa"/>
            <w:vAlign w:val="center"/>
          </w:tcPr>
          <w:p w14:paraId="69E2320F" w14:textId="3DFC1AD1" w:rsidR="00B047A7" w:rsidRDefault="00B047A7"/>
        </w:tc>
      </w:tr>
      <w:tr w:rsidR="00B047A7" w14:paraId="539E753E" w14:textId="77777777">
        <w:trPr>
          <w:jc w:val="center"/>
        </w:trPr>
        <w:tc>
          <w:tcPr>
            <w:tcW w:w="4703" w:type="dxa"/>
            <w:vAlign w:val="center"/>
          </w:tcPr>
          <w:p w14:paraId="20DAF0DF" w14:textId="77777777" w:rsidR="00B047A7" w:rsidRDefault="002E4B3A">
            <w:r>
              <w:rPr>
                <w:b/>
                <w:sz w:val="21"/>
              </w:rPr>
              <w:t>Et</w:t>
            </w:r>
            <w:r>
              <w:rPr>
                <w:b/>
                <w:sz w:val="21"/>
              </w:rPr>
              <w:t>ik Kurul</w:t>
            </w:r>
          </w:p>
        </w:tc>
        <w:tc>
          <w:tcPr>
            <w:tcW w:w="4703" w:type="dxa"/>
            <w:vAlign w:val="center"/>
          </w:tcPr>
          <w:p w14:paraId="0A575682" w14:textId="0B9DA1D1" w:rsidR="00B047A7" w:rsidRDefault="00B047A7"/>
        </w:tc>
      </w:tr>
      <w:tr w:rsidR="00B047A7" w14:paraId="3D89B23C" w14:textId="77777777">
        <w:trPr>
          <w:jc w:val="center"/>
        </w:trPr>
        <w:tc>
          <w:tcPr>
            <w:tcW w:w="4703" w:type="dxa"/>
            <w:vAlign w:val="center"/>
          </w:tcPr>
          <w:p w14:paraId="0104B853" w14:textId="77777777" w:rsidR="00B047A7" w:rsidRDefault="002E4B3A">
            <w:r>
              <w:rPr>
                <w:b/>
                <w:sz w:val="21"/>
              </w:rPr>
              <w:t>Etik Kurul Karar No</w:t>
            </w:r>
          </w:p>
        </w:tc>
        <w:tc>
          <w:tcPr>
            <w:tcW w:w="4703" w:type="dxa"/>
            <w:vAlign w:val="center"/>
          </w:tcPr>
          <w:p w14:paraId="2D1FF1BD" w14:textId="395572E4" w:rsidR="00B047A7" w:rsidRDefault="00B047A7"/>
        </w:tc>
      </w:tr>
      <w:tr w:rsidR="00B047A7" w14:paraId="66996595" w14:textId="77777777">
        <w:trPr>
          <w:jc w:val="center"/>
        </w:trPr>
        <w:tc>
          <w:tcPr>
            <w:tcW w:w="4703" w:type="dxa"/>
            <w:vAlign w:val="center"/>
          </w:tcPr>
          <w:p w14:paraId="66876D37" w14:textId="77777777" w:rsidR="00B047A7" w:rsidRDefault="002E4B3A">
            <w:r>
              <w:rPr>
                <w:b/>
                <w:sz w:val="21"/>
              </w:rPr>
              <w:t>Etik Kurul Onay Tarihi</w:t>
            </w:r>
          </w:p>
        </w:tc>
        <w:tc>
          <w:tcPr>
            <w:tcW w:w="4703" w:type="dxa"/>
            <w:vAlign w:val="center"/>
          </w:tcPr>
          <w:p w14:paraId="7475CF2A" w14:textId="1E2575DD" w:rsidR="00B047A7" w:rsidRDefault="00B047A7"/>
        </w:tc>
      </w:tr>
    </w:tbl>
    <w:p w14:paraId="25DAF18D" w14:textId="77777777" w:rsidR="00B047A7" w:rsidRDefault="00B047A7"/>
    <w:p w14:paraId="5B7181B1" w14:textId="77777777" w:rsidR="00B047A7" w:rsidRDefault="002E4B3A">
      <w:r>
        <w:rPr>
          <w:sz w:val="22"/>
        </w:rPr>
        <w:t>Tarih: .... / .... / 20....</w:t>
      </w:r>
    </w:p>
    <w:p w14:paraId="2C894A7B" w14:textId="77777777" w:rsidR="00B047A7" w:rsidRDefault="00B047A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B047A7" w14:paraId="4C5B5165" w14:textId="77777777">
        <w:trPr>
          <w:jc w:val="center"/>
        </w:trPr>
        <w:tc>
          <w:tcPr>
            <w:tcW w:w="4703" w:type="dxa"/>
          </w:tcPr>
          <w:p w14:paraId="29FB08BB" w14:textId="1B53316A" w:rsidR="00B047A7" w:rsidRDefault="002E4B3A">
            <w:pPr>
              <w:jc w:val="center"/>
            </w:pPr>
            <w:proofErr w:type="spellStart"/>
            <w:r>
              <w:rPr>
                <w:b/>
                <w:sz w:val="22"/>
              </w:rPr>
              <w:t>Proje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Yürütücüsü</w:t>
            </w:r>
            <w:proofErr w:type="spellEnd"/>
            <w:r>
              <w:rPr>
                <w:b/>
                <w:sz w:val="22"/>
              </w:rPr>
              <w:br/>
              <w:t>……………………………………</w:t>
            </w:r>
            <w:r>
              <w:rPr>
                <w:b/>
                <w:sz w:val="22"/>
              </w:rPr>
              <w:br/>
            </w:r>
            <w:proofErr w:type="spellStart"/>
            <w:r>
              <w:rPr>
                <w:b/>
                <w:sz w:val="22"/>
              </w:rPr>
              <w:t>İmza</w:t>
            </w:r>
            <w:proofErr w:type="spellEnd"/>
          </w:p>
        </w:tc>
        <w:tc>
          <w:tcPr>
            <w:tcW w:w="4703" w:type="dxa"/>
          </w:tcPr>
          <w:p w14:paraId="1E8AC2AE" w14:textId="4E2B5AC8" w:rsidR="00B047A7" w:rsidRDefault="002E4B3A">
            <w:pPr>
              <w:jc w:val="center"/>
            </w:pPr>
            <w:r>
              <w:rPr>
                <w:b/>
                <w:sz w:val="22"/>
              </w:rPr>
              <w:t>Tez Danışmanı</w:t>
            </w:r>
            <w:r>
              <w:rPr>
                <w:b/>
                <w:sz w:val="22"/>
              </w:rPr>
              <w:br/>
              <w:t>……………………………….</w:t>
            </w:r>
            <w:bookmarkStart w:id="0" w:name="_GoBack"/>
            <w:bookmarkEnd w:id="0"/>
            <w:r>
              <w:rPr>
                <w:b/>
                <w:sz w:val="22"/>
              </w:rPr>
              <w:br/>
            </w:r>
            <w:proofErr w:type="spellStart"/>
            <w:r>
              <w:rPr>
                <w:b/>
                <w:sz w:val="22"/>
              </w:rPr>
              <w:t>İmza</w:t>
            </w:r>
            <w:proofErr w:type="spellEnd"/>
          </w:p>
        </w:tc>
      </w:tr>
    </w:tbl>
    <w:p w14:paraId="664E74C5" w14:textId="77777777" w:rsidR="00B047A7" w:rsidRDefault="00B047A7"/>
    <w:p w14:paraId="6AE284AD" w14:textId="77777777" w:rsidR="00B047A7" w:rsidRDefault="002E4B3A" w:rsidP="008E3967">
      <w:r>
        <w:rPr>
          <w:i/>
          <w:sz w:val="20"/>
        </w:rPr>
        <w:t>Ek: Etik Kurul Karar Belgesi</w:t>
      </w:r>
    </w:p>
    <w:sectPr w:rsidR="00B047A7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E4B3A"/>
    <w:rsid w:val="00326F90"/>
    <w:rsid w:val="008E3967"/>
    <w:rsid w:val="00AA1D8D"/>
    <w:rsid w:val="00B047A7"/>
    <w:rsid w:val="00B47730"/>
    <w:rsid w:val="00CB0664"/>
    <w:rsid w:val="00E34A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FF765"/>
  <w14:defaultImageDpi w14:val="300"/>
  <w15:docId w15:val="{E9C47E21-FD4B-4551-9367-A7CB9AD8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D7C181-51D1-4599-8764-88152943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Computer</cp:lastModifiedBy>
  <cp:revision>2</cp:revision>
  <dcterms:created xsi:type="dcterms:W3CDTF">2026-09-01T14:02:00Z</dcterms:created>
  <dcterms:modified xsi:type="dcterms:W3CDTF">2026-09-01T14:02:00Z</dcterms:modified>
  <cp:category/>
</cp:coreProperties>
</file>